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keepLines/>
        <w:spacing w:before="0" w:after="100"/>
        <w:jc w:val="right"/>
      </w:pPr>
      <w:r>
        <w:rPr>
          <w:b w:val="0"/>
          <w:sz w:val="26"/>
        </w:rPr>
        <w:t>Директору МАОУ – гимназии № 94</w:t>
      </w:r>
    </w:p>
    <w:p>
      <w:pPr>
        <w:keepNext w:val="0"/>
        <w:keepLines/>
        <w:spacing w:before="0" w:after="40"/>
      </w:pPr>
      <w:r>
        <w:rPr>
          <w:b w:val="0"/>
          <w:sz w:val="26"/>
        </w:rPr>
        <w:t>от __________________________________________________________________</w:t>
      </w:r>
    </w:p>
    <w:p>
      <w:pPr>
        <w:keepNext w:val="0"/>
        <w:keepLines/>
        <w:spacing w:before="0" w:after="100"/>
      </w:pPr>
      <w:r>
        <w:rPr>
          <w:b w:val="0"/>
          <w:sz w:val="22"/>
        </w:rPr>
        <w:t>(фамилия, имя, отчество при наличии заявителя)</w:t>
      </w:r>
    </w:p>
    <w:p>
      <w:pPr>
        <w:keepNext w:val="0"/>
        <w:keepLines/>
        <w:spacing w:before="0" w:after="160"/>
      </w:pPr>
      <w:r>
        <w:rPr>
          <w:b w:val="0"/>
          <w:sz w:val="24"/>
        </w:rPr>
        <w:t>Статус: родитель / законный представитель / поступающий самостоятельно после получения основного общего образования или достижения 18 лет.</w:t>
      </w:r>
    </w:p>
    <w:p>
      <w:pPr>
        <w:keepNext w:val="0"/>
        <w:keepLines/>
        <w:spacing w:before="0" w:after="160"/>
        <w:jc w:val="center"/>
      </w:pPr>
      <w:r>
        <w:rPr>
          <w:b/>
          <w:sz w:val="28"/>
        </w:rPr>
        <w:t>ЗАЯВЛЕНИЕ О ПРИЁМЕ НА ОБУЧЕНИЕ</w:t>
      </w:r>
    </w:p>
    <w:p>
      <w:pPr>
        <w:keepNext w:val="0"/>
        <w:keepLines/>
        <w:spacing w:before="0" w:after="40"/>
      </w:pPr>
      <w:r>
        <w:rPr>
          <w:b w:val="0"/>
          <w:sz w:val="26"/>
        </w:rPr>
        <w:t>Прошу принять меня / моего ребёнка (представляемое лицо):</w:t>
      </w:r>
    </w:p>
    <w:p>
      <w:pPr>
        <w:keepNext w:val="0"/>
        <w:keepLines/>
        <w:spacing w:before="0" w:after="60"/>
      </w:pPr>
      <w:r>
        <w:rPr>
          <w:b w:val="0"/>
          <w:sz w:val="26"/>
        </w:rPr>
        <w:t>________________________________________________________________________</w:t>
      </w:r>
    </w:p>
    <w:p>
      <w:pPr>
        <w:keepNext w:val="0"/>
        <w:keepLines/>
        <w:spacing w:before="0" w:after="100"/>
      </w:pPr>
      <w:r>
        <w:rPr>
          <w:b w:val="0"/>
          <w:sz w:val="22"/>
        </w:rPr>
        <w:t>(фамилия, имя, отчество при наличии ребёнка или поступающего)</w:t>
      </w:r>
    </w:p>
    <w:p>
      <w:pPr>
        <w:keepNext w:val="0"/>
        <w:keepLines/>
        <w:spacing w:before="0" w:after="40"/>
      </w:pPr>
      <w:r>
        <w:rPr>
          <w:b w:val="0"/>
          <w:sz w:val="26"/>
        </w:rPr>
        <w:t>в ______ класс по программе начального / основного / среднего общего образования.</w:t>
      </w:r>
    </w:p>
    <w:p>
      <w:pPr>
        <w:keepNext w:val="0"/>
        <w:keepLines/>
        <w:spacing w:before="0" w:after="40"/>
      </w:pPr>
      <w:r>
        <w:rPr>
          <w:b w:val="0"/>
          <w:sz w:val="26"/>
        </w:rPr>
        <w:t>Основание обращения: обычный приём / перевод из другой школы / переход из семейного образования или самообразования (нужное указать).</w:t>
      </w:r>
    </w:p>
    <w:p>
      <w:pPr>
        <w:keepNext w:val="0"/>
        <w:keepLines/>
        <w:spacing w:before="0" w:after="40"/>
      </w:pPr>
      <w:r>
        <w:rPr>
          <w:b w:val="0"/>
          <w:sz w:val="26"/>
        </w:rPr>
        <w:t>Дата рождения: «____» ______________ ______ г.</w:t>
      </w:r>
    </w:p>
    <w:p>
      <w:pPr>
        <w:keepNext w:val="0"/>
        <w:keepLines/>
        <w:spacing w:before="0" w:after="40"/>
      </w:pPr>
      <w:r>
        <w:rPr>
          <w:b w:val="0"/>
          <w:sz w:val="26"/>
        </w:rPr>
        <w:t>Место жительства и (или) пребывания ребёнка или поступающего:</w:t>
      </w:r>
    </w:p>
    <w:p>
      <w:pPr>
        <w:keepNext w:val="0"/>
        <w:keepLines/>
        <w:spacing w:before="0" w:after="60"/>
      </w:pPr>
      <w:r>
        <w:rPr>
          <w:b w:val="0"/>
          <w:sz w:val="26"/>
        </w:rPr>
        <w:t>________________________________________________________________________</w:t>
      </w:r>
    </w:p>
    <w:p>
      <w:pPr>
        <w:keepNext w:val="0"/>
        <w:keepLines/>
        <w:spacing w:before="0" w:after="60"/>
      </w:pPr>
      <w:r>
        <w:rPr>
          <w:b w:val="0"/>
          <w:sz w:val="26"/>
        </w:rPr>
        <w:t>________________________________________________________________________</w:t>
      </w:r>
    </w:p>
    <w:p>
      <w:pPr>
        <w:keepNext w:val="0"/>
        <w:keepLines/>
        <w:spacing w:before="0" w:after="40"/>
      </w:pPr>
      <w:r>
        <w:rPr>
          <w:b w:val="0"/>
          <w:sz w:val="26"/>
        </w:rPr>
        <w:t>Телефон и электронная почта поступающего (при наличии):</w:t>
      </w:r>
    </w:p>
    <w:p>
      <w:pPr>
        <w:keepNext w:val="0"/>
        <w:keepLines/>
        <w:spacing w:before="0" w:after="60"/>
      </w:pPr>
      <w:r>
        <w:rPr>
          <w:b w:val="0"/>
          <w:sz w:val="26"/>
        </w:rPr>
        <w:t>________________________________________________________________________</w:t>
      </w:r>
    </w:p>
    <w:p>
      <w:pPr>
        <w:keepNext/>
        <w:keepLines/>
        <w:spacing w:before="140" w:after="100"/>
      </w:pPr>
      <w:r>
        <w:rPr>
          <w:b/>
          <w:sz w:val="28"/>
        </w:rPr>
        <w:t>Сведения о родителях (законных представителях)</w:t>
      </w:r>
    </w:p>
    <w:p>
      <w:pPr>
        <w:keepNext w:val="0"/>
        <w:keepLines/>
        <w:spacing w:before="0" w:after="40"/>
      </w:pPr>
      <w:r>
        <w:rPr>
          <w:b w:val="0"/>
          <w:sz w:val="26"/>
        </w:rPr>
        <w:t>1. Фамилия, имя, отчество при наличии:</w:t>
      </w:r>
    </w:p>
    <w:p>
      <w:pPr>
        <w:keepNext w:val="0"/>
        <w:keepLines/>
        <w:spacing w:before="0" w:after="60"/>
      </w:pPr>
      <w:r>
        <w:rPr>
          <w:b w:val="0"/>
          <w:sz w:val="26"/>
        </w:rPr>
        <w:t>________________________________________________________________________</w:t>
      </w:r>
    </w:p>
    <w:p>
      <w:pPr>
        <w:keepNext w:val="0"/>
        <w:keepLines/>
        <w:spacing w:before="0" w:after="40"/>
      </w:pPr>
      <w:r>
        <w:rPr>
          <w:b w:val="0"/>
          <w:sz w:val="26"/>
        </w:rPr>
        <w:t>Место жительства и (или) пребывания:</w:t>
      </w:r>
    </w:p>
    <w:p>
      <w:pPr>
        <w:keepNext w:val="0"/>
        <w:keepLines/>
        <w:spacing w:before="0" w:after="60"/>
      </w:pPr>
      <w:r>
        <w:rPr>
          <w:b w:val="0"/>
          <w:sz w:val="26"/>
        </w:rPr>
        <w:t>________________________________________________________________________</w:t>
      </w:r>
    </w:p>
    <w:p>
      <w:pPr>
        <w:keepNext w:val="0"/>
        <w:keepLines/>
        <w:spacing w:before="0" w:after="40"/>
      </w:pPr>
      <w:r>
        <w:rPr>
          <w:b w:val="0"/>
          <w:sz w:val="26"/>
        </w:rPr>
        <w:t>Телефон и электронная почта (при наличии):</w:t>
      </w:r>
    </w:p>
    <w:p>
      <w:pPr>
        <w:keepNext w:val="0"/>
        <w:keepLines/>
        <w:spacing w:before="0" w:after="60"/>
      </w:pPr>
      <w:r>
        <w:rPr>
          <w:b w:val="0"/>
          <w:sz w:val="26"/>
        </w:rPr>
        <w:t>________________________________________________________________________</w:t>
      </w:r>
    </w:p>
    <w:p>
      <w:pPr>
        <w:keepNext w:val="0"/>
        <w:keepLines/>
        <w:spacing w:before="0" w:after="40"/>
      </w:pPr>
      <w:r>
        <w:rPr>
          <w:b w:val="0"/>
          <w:sz w:val="26"/>
        </w:rPr>
        <w:t>2. Фамилия, имя, отчество второго представителя (при наличии):</w:t>
      </w:r>
    </w:p>
    <w:p>
      <w:pPr>
        <w:keepNext w:val="0"/>
        <w:keepLines/>
        <w:spacing w:before="0" w:after="60"/>
      </w:pPr>
      <w:r>
        <w:rPr>
          <w:b w:val="0"/>
          <w:sz w:val="26"/>
        </w:rPr>
        <w:t>________________________________________________________________________</w:t>
      </w:r>
    </w:p>
    <w:p>
      <w:pPr>
        <w:keepNext w:val="0"/>
        <w:keepLines/>
        <w:spacing w:before="0" w:after="40"/>
      </w:pPr>
      <w:r>
        <w:rPr>
          <w:b w:val="0"/>
          <w:sz w:val="26"/>
        </w:rPr>
        <w:t>Место жительства и (или) пребывания:</w:t>
      </w:r>
    </w:p>
    <w:p>
      <w:pPr>
        <w:keepNext w:val="0"/>
        <w:keepLines/>
        <w:spacing w:before="0" w:after="60"/>
      </w:pPr>
      <w:r>
        <w:rPr>
          <w:b w:val="0"/>
          <w:sz w:val="26"/>
        </w:rPr>
        <w:t>________________________________________________________________________</w:t>
      </w:r>
    </w:p>
    <w:p>
      <w:pPr>
        <w:keepNext w:val="0"/>
        <w:keepLines/>
        <w:spacing w:before="0" w:after="40"/>
      </w:pPr>
      <w:r>
        <w:rPr>
          <w:b w:val="0"/>
          <w:sz w:val="26"/>
        </w:rPr>
        <w:t>Телефон и электронная почта (при наличии):</w:t>
      </w:r>
    </w:p>
    <w:p>
      <w:pPr>
        <w:keepNext w:val="0"/>
        <w:keepLines/>
        <w:spacing w:before="0" w:after="60"/>
      </w:pPr>
      <w:r>
        <w:rPr>
          <w:b w:val="0"/>
          <w:sz w:val="26"/>
        </w:rPr>
        <w:t>________________________________________________________________________</w:t>
      </w:r>
    </w:p>
    <w:p>
      <w:pPr>
        <w:keepNext w:val="0"/>
        <w:keepLines/>
        <w:spacing w:before="0" w:after="40"/>
      </w:pPr>
      <w:r>
        <w:rPr>
          <w:b w:val="0"/>
          <w:sz w:val="26"/>
        </w:rPr>
        <w:t>Законное представительство, если заявитель не родитель:</w:t>
      </w:r>
    </w:p>
    <w:p>
      <w:pPr>
        <w:keepNext w:val="0"/>
        <w:keepLines/>
        <w:spacing w:before="0" w:after="60"/>
      </w:pPr>
      <w:r>
        <w:rPr>
          <w:b w:val="0"/>
          <w:sz w:val="26"/>
        </w:rPr>
        <w:t>________________________________________________________________________</w:t>
      </w:r>
    </w:p>
    <w:p>
      <w:r>
        <w:br w:type="page"/>
      </w:r>
    </w:p>
    <w:p>
      <w:pPr>
        <w:keepNext/>
        <w:keepLines/>
        <w:spacing w:before="140" w:after="100"/>
      </w:pPr>
      <w:r>
        <w:rPr>
          <w:b/>
          <w:sz w:val="28"/>
        </w:rPr>
        <w:t>Особое право приёма</w:t>
      </w:r>
    </w:p>
    <w:p>
      <w:pPr>
        <w:keepNext w:val="0"/>
        <w:keepLines/>
        <w:spacing w:before="0" w:after="40"/>
      </w:pPr>
      <w:r>
        <w:rPr>
          <w:b w:val="0"/>
          <w:sz w:val="26"/>
        </w:rPr>
        <w:t>Внеочередное / первоочередное / преимущественное право: имеется / не имеется.</w:t>
      </w:r>
    </w:p>
    <w:p>
      <w:pPr>
        <w:keepNext w:val="0"/>
        <w:keepLines/>
        <w:spacing w:before="0" w:after="40"/>
      </w:pPr>
      <w:r>
        <w:rPr>
          <w:b w:val="0"/>
          <w:sz w:val="26"/>
        </w:rPr>
        <w:t>Основание и подтверждающий документ:</w:t>
      </w:r>
    </w:p>
    <w:p>
      <w:pPr>
        <w:keepNext w:val="0"/>
        <w:keepLines/>
        <w:spacing w:before="0" w:after="60"/>
      </w:pPr>
      <w:r>
        <w:rPr>
          <w:b w:val="0"/>
          <w:sz w:val="26"/>
        </w:rPr>
        <w:t>________________________________________________________________________</w:t>
      </w:r>
    </w:p>
    <w:p>
      <w:pPr>
        <w:keepNext w:val="0"/>
        <w:keepLines/>
        <w:spacing w:before="0" w:after="60"/>
      </w:pPr>
      <w:r>
        <w:rPr>
          <w:b w:val="0"/>
          <w:sz w:val="26"/>
        </w:rPr>
        <w:t>________________________________________________________________________</w:t>
      </w:r>
    </w:p>
    <w:p>
      <w:pPr>
        <w:keepNext w:val="0"/>
        <w:keepLines/>
        <w:spacing w:before="0" w:after="40"/>
      </w:pPr>
      <w:r>
        <w:rPr>
          <w:b w:val="0"/>
          <w:sz w:val="26"/>
        </w:rPr>
        <w:t>При использовании преимущества брата или сестры — Ф. И. О., класс, основание родства или законного представительства:</w:t>
      </w:r>
    </w:p>
    <w:p>
      <w:pPr>
        <w:keepNext w:val="0"/>
        <w:keepLines/>
        <w:spacing w:before="0" w:after="60"/>
      </w:pPr>
      <w:r>
        <w:rPr>
          <w:b w:val="0"/>
          <w:sz w:val="26"/>
        </w:rPr>
        <w:t>________________________________________________________________________</w:t>
      </w:r>
    </w:p>
    <w:p>
      <w:pPr>
        <w:keepNext w:val="0"/>
        <w:keepLines/>
        <w:spacing w:before="0" w:after="60"/>
      </w:pPr>
      <w:r>
        <w:rPr>
          <w:b w:val="0"/>
          <w:sz w:val="26"/>
        </w:rPr>
        <w:t>________________________________________________________________________</w:t>
      </w:r>
    </w:p>
    <w:p>
      <w:pPr>
        <w:keepNext/>
        <w:keepLines/>
        <w:spacing w:before="140" w:after="100"/>
      </w:pPr>
      <w:r>
        <w:rPr>
          <w:b/>
          <w:sz w:val="28"/>
        </w:rPr>
        <w:t>Адаптированная программа и специальные условия</w:t>
      </w:r>
    </w:p>
    <w:p>
      <w:pPr>
        <w:keepNext w:val="0"/>
        <w:keepLines/>
        <w:spacing w:before="0" w:after="40"/>
      </w:pPr>
      <w:r>
        <w:rPr>
          <w:b w:val="0"/>
          <w:sz w:val="26"/>
        </w:rPr>
        <w:t>Потребность в обучении по адаптированной образовательной программе: нет / имеется (указать программу):</w:t>
      </w:r>
    </w:p>
    <w:p>
      <w:pPr>
        <w:keepNext w:val="0"/>
        <w:keepLines/>
        <w:spacing w:before="0" w:after="60"/>
      </w:pPr>
      <w:r>
        <w:rPr>
          <w:b w:val="0"/>
          <w:sz w:val="26"/>
        </w:rPr>
        <w:t>________________________________________________________________________</w:t>
      </w:r>
    </w:p>
    <w:p>
      <w:pPr>
        <w:keepNext w:val="0"/>
        <w:keepLines/>
        <w:spacing w:before="0" w:after="40"/>
      </w:pPr>
      <w:r>
        <w:rPr>
          <w:b w:val="0"/>
          <w:sz w:val="26"/>
        </w:rPr>
        <w:t>Потребность в специальных условиях: нет / имеется (указать необходимые условия):</w:t>
      </w:r>
    </w:p>
    <w:p>
      <w:pPr>
        <w:keepNext w:val="0"/>
        <w:keepLines/>
        <w:spacing w:before="0" w:after="60"/>
      </w:pPr>
      <w:r>
        <w:rPr>
          <w:b w:val="0"/>
          <w:sz w:val="26"/>
        </w:rPr>
        <w:t>________________________________________________________________________</w:t>
      </w:r>
    </w:p>
    <w:p>
      <w:pPr>
        <w:keepNext w:val="0"/>
        <w:keepLines/>
        <w:spacing w:before="0" w:after="60"/>
      </w:pPr>
      <w:r>
        <w:rPr>
          <w:b w:val="0"/>
          <w:sz w:val="26"/>
        </w:rPr>
        <w:t>________________________________________________________________________</w:t>
      </w:r>
    </w:p>
    <w:p>
      <w:pPr>
        <w:keepNext w:val="0"/>
        <w:keepLines/>
        <w:spacing w:before="0" w:after="40"/>
      </w:pPr>
      <w:r>
        <w:rPr>
          <w:b w:val="0"/>
          <w:sz w:val="26"/>
        </w:rPr>
        <w:t>Основание: заключение ПМПК / ИПРА (при наличии):</w:t>
      </w:r>
    </w:p>
    <w:p>
      <w:pPr>
        <w:keepNext w:val="0"/>
        <w:keepLines/>
        <w:spacing w:before="0" w:after="60"/>
      </w:pPr>
      <w:r>
        <w:rPr>
          <w:b w:val="0"/>
          <w:sz w:val="26"/>
        </w:rPr>
        <w:t>________________________________________________________________________</w:t>
      </w:r>
    </w:p>
    <w:p>
      <w:pPr>
        <w:keepNext/>
        <w:keepLines/>
        <w:spacing w:before="100" w:after="40"/>
      </w:pPr>
      <w:r>
        <w:rPr>
          <w:b/>
          <w:sz w:val="26"/>
        </w:rPr>
        <w:t>Согласие на обучение по адаптированной программе (только при необходимости):</w:t>
      </w:r>
    </w:p>
    <w:p>
      <w:pPr>
        <w:keepNext w:val="0"/>
        <w:keepLines/>
        <w:spacing w:before="0" w:after="40"/>
      </w:pPr>
      <w:r>
        <w:rPr>
          <w:b w:val="0"/>
          <w:sz w:val="26"/>
        </w:rPr>
        <w:t>Я, __________________________________________________________________,</w:t>
      </w:r>
    </w:p>
    <w:p>
      <w:pPr>
        <w:keepNext w:val="0"/>
        <w:keepLines/>
        <w:spacing w:before="0" w:after="40"/>
      </w:pPr>
      <w:r>
        <w:rPr>
          <w:b w:val="0"/>
          <w:sz w:val="26"/>
        </w:rPr>
        <w:t>как родитель (законный представитель) / совершеннолетний поступающий,</w:t>
      </w:r>
    </w:p>
    <w:p>
      <w:pPr>
        <w:keepNext w:val="0"/>
        <w:keepLines/>
        <w:spacing w:before="0" w:after="40"/>
      </w:pPr>
      <w:r>
        <w:rPr>
          <w:b w:val="0"/>
          <w:sz w:val="26"/>
        </w:rPr>
        <w:t>даю согласие на обучение ребёнка (представляемого лица) / моё обучение по следующей адаптированной программе:</w:t>
      </w:r>
    </w:p>
    <w:p>
      <w:pPr>
        <w:keepNext w:val="0"/>
        <w:keepLines/>
        <w:spacing w:before="0" w:after="60"/>
      </w:pPr>
      <w:r>
        <w:rPr>
          <w:b w:val="0"/>
          <w:sz w:val="26"/>
        </w:rPr>
        <w:t>________________________________________________________________________</w:t>
      </w:r>
    </w:p>
    <w:p>
      <w:pPr>
        <w:keepNext w:val="0"/>
        <w:keepLines/>
        <w:spacing w:before="0" w:after="40"/>
      </w:pPr>
      <w:r>
        <w:rPr>
          <w:b w:val="0"/>
          <w:sz w:val="22"/>
        </w:rPr>
        <w:t>(наименование адаптированной программы по рекомендации ПМПК)</w:t>
      </w:r>
    </w:p>
    <w:p>
      <w:pPr>
        <w:keepNext w:val="0"/>
        <w:keepLines/>
        <w:spacing w:before="0" w:after="80"/>
      </w:pPr>
      <w:r>
        <w:rPr>
          <w:b w:val="0"/>
          <w:sz w:val="26"/>
        </w:rPr>
        <w:t>Дата: __________________    Подпись: __________________</w:t>
      </w:r>
    </w:p>
    <w:p>
      <w:pPr>
        <w:keepNext/>
        <w:keepLines/>
        <w:spacing w:before="140" w:after="100"/>
      </w:pPr>
      <w:r>
        <w:rPr>
          <w:b/>
          <w:sz w:val="28"/>
        </w:rPr>
        <w:t>Выбор языка</w:t>
      </w:r>
    </w:p>
    <w:p>
      <w:pPr>
        <w:keepNext w:val="0"/>
        <w:keepLines/>
        <w:spacing w:before="0" w:after="40"/>
      </w:pPr>
      <w:r>
        <w:rPr>
          <w:b w:val="0"/>
          <w:sz w:val="26"/>
        </w:rPr>
        <w:t>Язык образования (при реализации соответствующего права):</w:t>
      </w:r>
    </w:p>
    <w:p>
      <w:pPr>
        <w:keepNext w:val="0"/>
        <w:keepLines/>
        <w:spacing w:before="0" w:after="60"/>
      </w:pPr>
      <w:r>
        <w:rPr>
          <w:b w:val="0"/>
          <w:sz w:val="26"/>
        </w:rPr>
        <w:t>________________________________________________________________________</w:t>
      </w:r>
    </w:p>
    <w:p>
      <w:pPr>
        <w:keepNext w:val="0"/>
        <w:keepLines/>
        <w:spacing w:before="0" w:after="40"/>
      </w:pPr>
      <w:r>
        <w:rPr>
          <w:b w:val="0"/>
          <w:sz w:val="26"/>
        </w:rPr>
        <w:t>Родной язык из числа языков народов Российской Федерации, в том числе русский как родной, выбранный для изучения при реализации такого права:</w:t>
      </w:r>
    </w:p>
    <w:p>
      <w:pPr>
        <w:keepNext w:val="0"/>
        <w:keepLines/>
        <w:spacing w:before="0" w:after="60"/>
      </w:pPr>
      <w:r>
        <w:rPr>
          <w:b w:val="0"/>
          <w:sz w:val="26"/>
        </w:rPr>
        <w:t>________________________________________________________________________</w:t>
      </w:r>
    </w:p>
    <w:p>
      <w:pPr>
        <w:keepNext w:val="0"/>
        <w:keepLines/>
        <w:spacing w:before="0" w:after="40"/>
      </w:pPr>
      <w:r>
        <w:rPr>
          <w:b w:val="0"/>
          <w:sz w:val="26"/>
        </w:rPr>
        <w:t>Государственный язык республики Российской Федерации (при предоставлении возможности изучения):</w:t>
      </w:r>
    </w:p>
    <w:p>
      <w:pPr>
        <w:keepNext w:val="0"/>
        <w:keepLines/>
        <w:spacing w:before="0" w:after="60"/>
      </w:pPr>
      <w:r>
        <w:rPr>
          <w:b w:val="0"/>
          <w:sz w:val="26"/>
        </w:rPr>
        <w:t>________________________________________________________________________</w:t>
      </w:r>
    </w:p>
    <w:p>
      <w:r>
        <w:br w:type="page"/>
      </w:r>
    </w:p>
    <w:p>
      <w:pPr>
        <w:keepNext/>
        <w:keepLines/>
        <w:spacing w:before="140" w:after="100"/>
      </w:pPr>
      <w:r>
        <w:rPr>
          <w:b/>
          <w:sz w:val="28"/>
        </w:rPr>
        <w:t>Ознакомление и подтверждение сведений</w:t>
      </w:r>
    </w:p>
    <w:p>
      <w:pPr>
        <w:keepNext w:val="0"/>
        <w:keepLines/>
        <w:spacing w:before="0" w:after="160"/>
      </w:pPr>
      <w:r>
        <w:rPr>
          <w:b w:val="0"/>
          <w:sz w:val="26"/>
        </w:rPr>
        <w:t>С Уставом, сведениями о лицензии и государственной аккредитации, образовательными программами и документами, регулирующими образовательную деятельность, права и обязанности обучающихся Гимназии, ознакомлен(а).</w:t>
      </w:r>
    </w:p>
    <w:p>
      <w:pPr>
        <w:keepNext w:val="0"/>
        <w:keepLines/>
        <w:spacing w:before="0" w:after="40"/>
      </w:pPr>
      <w:r>
        <w:rPr>
          <w:b w:val="0"/>
          <w:sz w:val="26"/>
        </w:rPr>
        <w:t>Достоверность указанных мною сведений подтверждаю. Согласие на обработку персональных данных, когда оно требуется, оформляется отдельно от настоящего заявления. Отметка о представлении отдельного согласия:</w:t>
      </w:r>
    </w:p>
    <w:p>
      <w:pPr>
        <w:keepNext w:val="0"/>
        <w:keepLines/>
        <w:spacing w:before="0" w:after="60"/>
      </w:pPr>
      <w:r>
        <w:rPr>
          <w:b w:val="0"/>
          <w:sz w:val="26"/>
        </w:rPr>
        <w:t>________________________________________________________________________</w:t>
      </w:r>
    </w:p>
    <w:p>
      <w:pPr>
        <w:keepNext w:val="0"/>
        <w:keepLines/>
        <w:spacing w:before="140" w:after="120"/>
      </w:pPr>
      <w:r>
        <w:rPr>
          <w:b w:val="0"/>
          <w:sz w:val="26"/>
        </w:rPr>
        <w:t>Для иностранного гражданина или лица без гражданства, если тестирование требуется по Порядку № 458: согласен(сна) на прохождение моим ребёнком (представляемым лицом) / мною бесплатного тестирования на знание русского языка.</w:t>
      </w:r>
    </w:p>
    <w:p>
      <w:pPr>
        <w:keepNext w:val="0"/>
        <w:keepLines/>
        <w:spacing w:before="0" w:after="40"/>
      </w:pPr>
      <w:r>
        <w:rPr>
          <w:b w:val="0"/>
          <w:sz w:val="26"/>
        </w:rPr>
        <w:t>Подпись заявителя по согласию на тестирование: ________________________</w:t>
      </w:r>
    </w:p>
    <w:p>
      <w:pPr>
        <w:keepNext w:val="0"/>
        <w:keepLines/>
        <w:spacing w:before="0" w:after="40"/>
      </w:pPr>
      <w:r>
        <w:rPr>
          <w:b w:val="0"/>
          <w:sz w:val="26"/>
        </w:rPr>
        <w:t>Дата: __________________</w:t>
      </w:r>
    </w:p>
    <w:p>
      <w:pPr>
        <w:keepNext w:val="0"/>
        <w:keepLines/>
        <w:spacing w:before="0" w:after="40"/>
      </w:pPr>
      <w:r>
        <w:rPr>
          <w:b w:val="0"/>
          <w:sz w:val="26"/>
        </w:rPr>
        <w:t>При наличии исключения тестирование не назначается; основание указывается ответственным за приём по представленным документам:</w:t>
      </w:r>
    </w:p>
    <w:p>
      <w:pPr>
        <w:keepNext w:val="0"/>
        <w:keepLines/>
        <w:spacing w:before="0" w:after="60"/>
      </w:pPr>
      <w:r>
        <w:rPr>
          <w:b w:val="0"/>
          <w:sz w:val="26"/>
        </w:rPr>
        <w:t>________________________________________________________________________</w:t>
      </w:r>
    </w:p>
    <w:p>
      <w:pPr>
        <w:keepNext w:val="0"/>
        <w:keepLines/>
        <w:spacing w:before="0" w:after="60"/>
      </w:pPr>
      <w:r>
        <w:rPr>
          <w:b w:val="0"/>
          <w:sz w:val="26"/>
        </w:rPr>
        <w:t>________________________________________________________________________</w:t>
      </w:r>
    </w:p>
    <w:p>
      <w:pPr>
        <w:keepNext w:val="0"/>
        <w:keepLines/>
        <w:spacing w:before="140" w:after="40"/>
      </w:pPr>
      <w:r>
        <w:rPr>
          <w:b w:val="0"/>
          <w:sz w:val="26"/>
        </w:rPr>
        <w:t>Предпочтительный способ уведомления (при возможности): ЕПГУ / телефон / электронная почта / почтовый адрес; контакт:</w:t>
      </w:r>
    </w:p>
    <w:p>
      <w:pPr>
        <w:keepNext w:val="0"/>
        <w:keepLines/>
        <w:spacing w:before="0" w:after="60"/>
      </w:pPr>
      <w:r>
        <w:rPr>
          <w:b w:val="0"/>
          <w:sz w:val="26"/>
        </w:rPr>
        <w:t>________________________________________________________________________</w:t>
      </w:r>
    </w:p>
    <w:p>
      <w:pPr>
        <w:keepNext/>
        <w:keepLines/>
        <w:spacing w:before="140" w:after="100"/>
      </w:pPr>
      <w:r>
        <w:rPr>
          <w:b/>
          <w:sz w:val="28"/>
        </w:rPr>
        <w:t>Приложенные документы</w:t>
      </w:r>
    </w:p>
    <w:p>
      <w:pPr>
        <w:keepNext w:val="0"/>
        <w:keepLines/>
        <w:spacing w:before="0" w:after="120"/>
      </w:pPr>
      <w:r>
        <w:rPr>
          <w:b w:val="0"/>
          <w:sz w:val="26"/>
        </w:rPr>
        <w:t>1. ____________________________________________________________________</w:t>
      </w:r>
    </w:p>
    <w:p>
      <w:pPr>
        <w:keepNext w:val="0"/>
        <w:keepLines/>
        <w:spacing w:before="0" w:after="120"/>
      </w:pPr>
      <w:r>
        <w:rPr>
          <w:b w:val="0"/>
          <w:sz w:val="26"/>
        </w:rPr>
        <w:t>2. ____________________________________________________________________</w:t>
      </w:r>
    </w:p>
    <w:p>
      <w:pPr>
        <w:keepNext w:val="0"/>
        <w:keepLines/>
        <w:spacing w:before="0" w:after="120"/>
      </w:pPr>
      <w:r>
        <w:rPr>
          <w:b w:val="0"/>
          <w:sz w:val="26"/>
        </w:rPr>
        <w:t>3. ____________________________________________________________________</w:t>
      </w:r>
    </w:p>
    <w:p>
      <w:pPr>
        <w:keepNext w:val="0"/>
        <w:keepLines/>
        <w:spacing w:before="0" w:after="120"/>
      </w:pPr>
      <w:r>
        <w:rPr>
          <w:b w:val="0"/>
          <w:sz w:val="26"/>
        </w:rPr>
        <w:t>4. ____________________________________________________________________</w:t>
      </w:r>
    </w:p>
    <w:p>
      <w:pPr>
        <w:keepNext w:val="0"/>
        <w:keepLines/>
        <w:spacing w:before="0" w:after="120"/>
      </w:pPr>
      <w:r>
        <w:rPr>
          <w:b w:val="0"/>
          <w:sz w:val="26"/>
        </w:rPr>
        <w:t>5. ____________________________________________________________________</w:t>
      </w:r>
    </w:p>
    <w:p>
      <w:pPr>
        <w:keepNext w:val="0"/>
        <w:keepLines/>
        <w:spacing w:before="200" w:after="140"/>
      </w:pPr>
      <w:r>
        <w:rPr>
          <w:b w:val="0"/>
          <w:sz w:val="26"/>
        </w:rPr>
        <w:t>Дата заявления: ________________   Подпись заявителя: _________________</w:t>
      </w:r>
    </w:p>
    <w:p>
      <w:pPr>
        <w:keepNext w:val="0"/>
        <w:keepLines/>
        <w:spacing w:before="0" w:after="200"/>
      </w:pPr>
      <w:r>
        <w:rPr>
          <w:b w:val="0"/>
          <w:sz w:val="26"/>
        </w:rPr>
        <w:t>Расшифровка подписи: ________________________________________________</w:t>
      </w:r>
    </w:p>
    <w:p>
      <w:pPr>
        <w:keepNext w:val="0"/>
        <w:keepLines/>
        <w:spacing w:before="0" w:after="40"/>
      </w:pPr>
      <w:r>
        <w:rPr>
          <w:b w:val="0"/>
          <w:sz w:val="24"/>
        </w:rPr>
        <w:t>Поля об отдельных основаниях, согласиях и втором представителе заполняются при их наличии и применимости. Контактные данные указываются при наличии. Получение необязательных платных услуг и согласие на публикацию фотографий не требуются для приёма.</w:t>
      </w:r>
    </w:p>
    <w:sectPr w:rsidR="00FC693F" w:rsidRPr="0006063C" w:rsidSect="00034616">
      <w:footerReference w:type="default" r:id="rId9"/>
      <w:pgSz w:w="11906" w:h="16838"/>
      <w:pgMar w:top="1020" w:right="850" w:bottom="1020" w:left="1417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/>
    <w:fldSimple w:instr="PAGE"/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 w:before="0" w:line="252" w:lineRule="auto"/>
    </w:pPr>
    <w:rPr>
      <w:rFonts w:ascii="Times New Roman" w:hAnsi="Times New Roman" w:eastAsia="Times New Roman"/>
      <w:color w:val="000000"/>
      <w:sz w:val="26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0" w:after="0" w:line="252" w:lineRule="auto"/>
      <w:outlineLvl w:val="0"/>
    </w:pPr>
    <w:rPr>
      <w:rFonts w:asciiTheme="majorHAnsi" w:eastAsiaTheme="majorEastAsia" w:hAnsiTheme="majorHAnsi" w:cstheme="majorBidi" w:ascii="Times New Roman" w:hAnsi="Times New Roman" w:eastAsia="Times New Roman"/>
      <w:b/>
      <w:bCs/>
      <w:color w:val="000000"/>
      <w:sz w:val="2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0" w:after="0" w:line="252" w:lineRule="auto"/>
      <w:outlineLvl w:val="1"/>
    </w:pPr>
    <w:rPr>
      <w:rFonts w:asciiTheme="majorHAnsi" w:eastAsiaTheme="majorEastAsia" w:hAnsiTheme="majorHAnsi" w:cstheme="majorBidi" w:ascii="Times New Roman" w:hAnsi="Times New Roman" w:eastAsia="Times New Roman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0" w:line="252" w:lineRule="auto" w:before="0"/>
      <w:contextualSpacing/>
    </w:pPr>
    <w:rPr>
      <w:rFonts w:asciiTheme="majorHAnsi" w:eastAsiaTheme="majorEastAsia" w:hAnsiTheme="majorHAnsi" w:cstheme="majorBidi" w:ascii="Times New Roman" w:hAnsi="Times New Roman" w:eastAsia="Times New Roman"/>
      <w:color w:val="000000"/>
      <w:spacing w:val="5"/>
      <w:kern w:val="28"/>
      <w:sz w:val="2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о приёме на обучение в МАОУ – гимназию № 94</dc:title>
  <dc:subject/>
  <dc:creator>МАОУ – гимназия № 94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