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60" w:line="240" w:lineRule="auto"/>
        <w:ind w:firstLine="0"/>
        <w:jc w:val="center"/>
      </w:pPr>
      <w:r>
        <w:rPr>
          <w:rFonts w:ascii="Times New Roman" w:hAnsi="Times New Roman"/>
          <w:b/>
          <w:sz w:val="24"/>
        </w:rPr>
        <w:t>Муниципальное автономное общеобразовательное учреждение</w:t>
        <w:br/>
        <w:t>– гимназия № 94</w:t>
      </w:r>
    </w:p>
    <w:p>
      <w:pPr>
        <w:spacing w:before="0" w:after="120" w:line="240" w:lineRule="auto"/>
        <w:ind w:firstLine="0"/>
        <w:jc w:val="center"/>
      </w:pPr>
      <w:r>
        <w:rPr>
          <w:rFonts w:ascii="Times New Roman" w:hAnsi="Times New Roman"/>
          <w:b w:val="0"/>
          <w:sz w:val="20"/>
        </w:rPr>
        <w:t>Юридический адрес: г. Екатеринбург, ул. Бажова, 139</w:t>
        <w:br/>
        <w:t>Тел. 350-60-10, 355-27-12</w:t>
      </w:r>
    </w:p>
    <w:p>
      <w:pPr>
        <w:spacing w:before="0" w:after="120" w:line="240" w:lineRule="auto"/>
        <w:ind w:firstLine="0"/>
        <w:jc w:val="center"/>
      </w:pPr>
      <w:r>
        <w:rPr>
          <w:rFonts w:ascii="Times New Roman" w:hAnsi="Times New Roman"/>
          <w:b/>
          <w:sz w:val="28"/>
        </w:rPr>
        <w:t>Опросный лист оценки качества питания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67"/>
        <w:gridCol w:w="3969"/>
        <w:gridCol w:w="4819"/>
      </w:tblGrid>
      <w:tr>
        <w:trPr>
          <w:cantSplit/>
        </w:trPr>
        <w:tc>
          <w:tcPr>
            <w:tcW w:type="dxa" w:w="567"/>
            <w:vAlign w:val="top"/>
          </w:tcPr>
          <w:p>
            <w:pPr>
              <w:spacing w:after="40" w:before="40" w:line="240" w:lineRule="auto"/>
              <w:ind w:firstLine="0"/>
            </w:pPr>
            <w:r>
              <w:rPr>
                <w:rFonts w:ascii="Times New Roman" w:hAnsi="Times New Roman"/>
                <w:sz w:val="24"/>
              </w:rPr>
              <w:t>№</w:t>
            </w:r>
          </w:p>
        </w:tc>
        <w:tc>
          <w:tcPr>
            <w:tcW w:type="dxa" w:w="3969"/>
            <w:vAlign w:val="top"/>
          </w:tcPr>
          <w:p>
            <w:pPr>
              <w:spacing w:after="40" w:before="40" w:line="240" w:lineRule="auto"/>
              <w:ind w:firstLine="0"/>
            </w:pPr>
            <w:r>
              <w:rPr>
                <w:rFonts w:ascii="Times New Roman" w:hAnsi="Times New Roman"/>
                <w:sz w:val="24"/>
              </w:rPr>
              <w:t>Показатели</w:t>
            </w:r>
          </w:p>
        </w:tc>
        <w:tc>
          <w:tcPr>
            <w:tcW w:type="dxa" w:w="4819"/>
            <w:vAlign w:val="top"/>
          </w:tcPr>
          <w:p>
            <w:pPr>
              <w:spacing w:after="40" w:before="40" w:line="240" w:lineRule="auto"/>
              <w:ind w:firstLine="0"/>
            </w:pPr>
            <w:r>
              <w:rPr>
                <w:rFonts w:ascii="Times New Roman" w:hAnsi="Times New Roman"/>
                <w:sz w:val="24"/>
              </w:rPr>
              <w:t>Оценка/комментарий</w:t>
            </w:r>
          </w:p>
        </w:tc>
      </w:tr>
      <w:tr>
        <w:trPr>
          <w:trHeight w:val="709"/>
          <w:cantSplit/>
        </w:trPr>
        <w:tc>
          <w:tcPr>
            <w:tcW w:type="dxa" w:w="567"/>
            <w:vAlign w:val="top"/>
          </w:tcPr>
          <w:p>
            <w:pPr>
              <w:spacing w:after="40" w:before="40" w:line="240" w:lineRule="auto"/>
              <w:ind w:firstLine="0"/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3969"/>
            <w:vAlign w:val="top"/>
          </w:tcPr>
          <w:p>
            <w:pPr>
              <w:spacing w:after="40" w:before="40" w:line="240" w:lineRule="auto"/>
              <w:ind w:firstLine="0"/>
            </w:pPr>
            <w:r>
              <w:rPr>
                <w:rFonts w:ascii="Times New Roman" w:hAnsi="Times New Roman"/>
                <w:sz w:val="24"/>
              </w:rPr>
              <w:t>Состояние обеденного зала (чистота)</w:t>
            </w:r>
          </w:p>
        </w:tc>
        <w:tc>
          <w:tcPr>
            <w:tcW w:type="dxa" w:w="4819"/>
            <w:vAlign w:val="top"/>
          </w:tcPr>
          <w:p>
            <w:pPr>
              <w:spacing w:after="40" w:before="40" w:line="240" w:lineRule="auto"/>
              <w:ind w:firstLine="0"/>
            </w:pPr>
            <w:r>
              <w:rPr>
                <w:rFonts w:ascii="Times New Roman" w:hAnsi="Times New Roman"/>
                <w:sz w:val="24"/>
              </w:rPr>
            </w:r>
          </w:p>
        </w:tc>
      </w:tr>
      <w:tr>
        <w:trPr>
          <w:trHeight w:val="709"/>
          <w:cantSplit/>
        </w:trPr>
        <w:tc>
          <w:tcPr>
            <w:tcW w:type="dxa" w:w="567"/>
            <w:vAlign w:val="top"/>
          </w:tcPr>
          <w:p>
            <w:pPr>
              <w:spacing w:after="40" w:before="40" w:line="240" w:lineRule="auto"/>
              <w:ind w:firstLine="0"/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3969"/>
            <w:vAlign w:val="top"/>
          </w:tcPr>
          <w:p>
            <w:pPr>
              <w:spacing w:after="40" w:before="40" w:line="240" w:lineRule="auto"/>
              <w:ind w:firstLine="0"/>
            </w:pPr>
            <w:r>
              <w:rPr>
                <w:rFonts w:ascii="Times New Roman" w:hAnsi="Times New Roman"/>
                <w:sz w:val="24"/>
              </w:rPr>
              <w:t>Состояние пищеблока</w:t>
            </w:r>
          </w:p>
        </w:tc>
        <w:tc>
          <w:tcPr>
            <w:tcW w:type="dxa" w:w="4819"/>
            <w:vAlign w:val="top"/>
          </w:tcPr>
          <w:p>
            <w:pPr>
              <w:spacing w:after="40" w:before="40" w:line="240" w:lineRule="auto"/>
              <w:ind w:firstLine="0"/>
            </w:pPr>
            <w:r>
              <w:rPr>
                <w:rFonts w:ascii="Times New Roman" w:hAnsi="Times New Roman"/>
                <w:sz w:val="24"/>
              </w:rPr>
            </w:r>
          </w:p>
        </w:tc>
      </w:tr>
      <w:tr>
        <w:trPr>
          <w:trHeight w:val="709"/>
          <w:cantSplit/>
        </w:trPr>
        <w:tc>
          <w:tcPr>
            <w:tcW w:type="dxa" w:w="567"/>
            <w:vAlign w:val="top"/>
          </w:tcPr>
          <w:p>
            <w:pPr>
              <w:spacing w:after="40" w:before="40" w:line="240" w:lineRule="auto"/>
              <w:ind w:firstLine="0"/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3969"/>
            <w:vAlign w:val="top"/>
          </w:tcPr>
          <w:p>
            <w:pPr>
              <w:spacing w:after="40" w:before="40" w:line="240" w:lineRule="auto"/>
              <w:ind w:firstLine="0"/>
            </w:pPr>
            <w:r>
              <w:rPr>
                <w:rFonts w:ascii="Times New Roman" w:hAnsi="Times New Roman"/>
                <w:sz w:val="24"/>
              </w:rPr>
              <w:t>Внешний вид сотрудников пищеблока</w:t>
            </w:r>
          </w:p>
        </w:tc>
        <w:tc>
          <w:tcPr>
            <w:tcW w:type="dxa" w:w="4819"/>
            <w:vAlign w:val="top"/>
          </w:tcPr>
          <w:p>
            <w:pPr>
              <w:spacing w:after="40" w:before="40" w:line="240" w:lineRule="auto"/>
              <w:ind w:firstLine="0"/>
            </w:pPr>
            <w:r>
              <w:rPr>
                <w:rFonts w:ascii="Times New Roman" w:hAnsi="Times New Roman"/>
                <w:sz w:val="24"/>
              </w:rPr>
            </w:r>
          </w:p>
        </w:tc>
      </w:tr>
      <w:tr>
        <w:trPr>
          <w:trHeight w:val="709"/>
          <w:cantSplit/>
        </w:trPr>
        <w:tc>
          <w:tcPr>
            <w:tcW w:type="dxa" w:w="567"/>
            <w:vAlign w:val="top"/>
          </w:tcPr>
          <w:p>
            <w:pPr>
              <w:spacing w:after="40" w:before="40" w:line="240" w:lineRule="auto"/>
              <w:ind w:firstLine="0"/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type="dxa" w:w="3969"/>
            <w:vAlign w:val="top"/>
          </w:tcPr>
          <w:p>
            <w:pPr>
              <w:spacing w:after="40" w:before="40" w:line="240" w:lineRule="auto"/>
              <w:ind w:firstLine="0"/>
            </w:pPr>
            <w:r>
              <w:rPr>
                <w:rFonts w:ascii="Times New Roman" w:hAnsi="Times New Roman"/>
                <w:sz w:val="24"/>
              </w:rPr>
              <w:t>Сервис</w:t>
            </w:r>
          </w:p>
        </w:tc>
        <w:tc>
          <w:tcPr>
            <w:tcW w:type="dxa" w:w="4819"/>
            <w:vAlign w:val="top"/>
          </w:tcPr>
          <w:p>
            <w:pPr>
              <w:spacing w:after="40" w:before="40" w:line="240" w:lineRule="auto"/>
              <w:ind w:firstLine="0"/>
            </w:pPr>
            <w:r>
              <w:rPr>
                <w:rFonts w:ascii="Times New Roman" w:hAnsi="Times New Roman"/>
                <w:sz w:val="24"/>
              </w:rPr>
            </w:r>
          </w:p>
        </w:tc>
      </w:tr>
      <w:tr>
        <w:trPr>
          <w:trHeight w:val="709"/>
          <w:cantSplit/>
        </w:trPr>
        <w:tc>
          <w:tcPr>
            <w:tcW w:type="dxa" w:w="567"/>
            <w:vAlign w:val="top"/>
          </w:tcPr>
          <w:p>
            <w:pPr>
              <w:spacing w:after="40" w:before="40" w:line="240" w:lineRule="auto"/>
              <w:ind w:firstLine="0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type="dxa" w:w="3969"/>
            <w:vAlign w:val="top"/>
          </w:tcPr>
          <w:p>
            <w:pPr>
              <w:spacing w:after="40" w:before="40" w:line="240" w:lineRule="auto"/>
              <w:ind w:firstLine="0"/>
            </w:pPr>
            <w:r>
              <w:rPr>
                <w:rFonts w:ascii="Times New Roman" w:hAnsi="Times New Roman"/>
                <w:sz w:val="24"/>
              </w:rPr>
              <w:t>Наличие приборов/посуды</w:t>
            </w:r>
          </w:p>
        </w:tc>
        <w:tc>
          <w:tcPr>
            <w:tcW w:type="dxa" w:w="4819"/>
            <w:vAlign w:val="top"/>
          </w:tcPr>
          <w:p>
            <w:pPr>
              <w:spacing w:after="40" w:before="40" w:line="240" w:lineRule="auto"/>
              <w:ind w:firstLine="0"/>
            </w:pPr>
            <w:r>
              <w:rPr>
                <w:rFonts w:ascii="Times New Roman" w:hAnsi="Times New Roman"/>
                <w:sz w:val="24"/>
              </w:rPr>
            </w:r>
          </w:p>
        </w:tc>
      </w:tr>
      <w:tr>
        <w:trPr>
          <w:trHeight w:val="709"/>
          <w:cantSplit/>
        </w:trPr>
        <w:tc>
          <w:tcPr>
            <w:tcW w:type="dxa" w:w="567"/>
            <w:vAlign w:val="top"/>
          </w:tcPr>
          <w:p>
            <w:pPr>
              <w:spacing w:after="40" w:before="40" w:line="240" w:lineRule="auto"/>
              <w:ind w:firstLine="0"/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type="dxa" w:w="3969"/>
            <w:vAlign w:val="top"/>
          </w:tcPr>
          <w:p>
            <w:pPr>
              <w:spacing w:after="40" w:before="40" w:line="240" w:lineRule="auto"/>
              <w:ind w:firstLine="0"/>
            </w:pPr>
            <w:r>
              <w:rPr>
                <w:rFonts w:ascii="Times New Roman" w:hAnsi="Times New Roman"/>
                <w:sz w:val="24"/>
              </w:rPr>
              <w:t>Наличие меню</w:t>
            </w:r>
          </w:p>
        </w:tc>
        <w:tc>
          <w:tcPr>
            <w:tcW w:type="dxa" w:w="4819"/>
            <w:vAlign w:val="top"/>
          </w:tcPr>
          <w:p>
            <w:pPr>
              <w:spacing w:after="40" w:before="40" w:line="240" w:lineRule="auto"/>
              <w:ind w:firstLine="0"/>
            </w:pPr>
            <w:r>
              <w:rPr>
                <w:rFonts w:ascii="Times New Roman" w:hAnsi="Times New Roman"/>
                <w:sz w:val="24"/>
              </w:rPr>
            </w:r>
          </w:p>
        </w:tc>
      </w:tr>
    </w:tbl>
    <w:p>
      <w:pPr>
        <w:spacing w:before="0" w:after="80" w:line="240" w:lineRule="auto"/>
        <w:ind w:firstLine="0"/>
      </w:pPr>
      <w:r>
        <w:rPr>
          <w:rFonts w:ascii="Times New Roman" w:hAnsi="Times New Roman"/>
          <w:b w:val="0"/>
          <w:sz w:val="22"/>
        </w:rPr>
        <w:t>Проба блюд (соответствие с меню, внешний вид, температура, общие вкусовые качества)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02"/>
        <w:gridCol w:w="5953"/>
      </w:tblGrid>
      <w:tr>
        <w:trPr>
          <w:cantSplit/>
        </w:trPr>
        <w:tc>
          <w:tcPr>
            <w:tcW w:type="dxa" w:w="3402"/>
            <w:vAlign w:val="top"/>
          </w:tcPr>
          <w:p>
            <w:pPr>
              <w:spacing w:after="40" w:before="40" w:line="240" w:lineRule="auto"/>
              <w:ind w:firstLine="0"/>
            </w:pPr>
            <w:r>
              <w:rPr>
                <w:rFonts w:ascii="Times New Roman" w:hAnsi="Times New Roman"/>
                <w:sz w:val="24"/>
              </w:rPr>
              <w:t>Наименование</w:t>
            </w:r>
          </w:p>
        </w:tc>
        <w:tc>
          <w:tcPr>
            <w:tcW w:type="dxa" w:w="5953"/>
            <w:vAlign w:val="top"/>
          </w:tcPr>
          <w:p>
            <w:pPr>
              <w:spacing w:after="40" w:before="40" w:line="240" w:lineRule="auto"/>
              <w:ind w:firstLine="0"/>
            </w:pPr>
            <w:r>
              <w:rPr>
                <w:rFonts w:ascii="Times New Roman" w:hAnsi="Times New Roman"/>
                <w:sz w:val="24"/>
              </w:rPr>
              <w:t>Оценка/комментарий</w:t>
            </w:r>
          </w:p>
        </w:tc>
      </w:tr>
      <w:tr>
        <w:trPr>
          <w:trHeight w:val="595"/>
          <w:cantSplit/>
        </w:trPr>
        <w:tc>
          <w:tcPr>
            <w:tcW w:type="dxa" w:w="3402"/>
            <w:vAlign w:val="top"/>
          </w:tcPr>
          <w:p>
            <w:pPr>
              <w:spacing w:after="40" w:before="40" w:line="240" w:lineRule="auto"/>
              <w:ind w:firstLine="0"/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type="dxa" w:w="5953"/>
            <w:vAlign w:val="top"/>
          </w:tcPr>
          <w:p>
            <w:pPr>
              <w:spacing w:after="40" w:before="40" w:line="240" w:lineRule="auto"/>
              <w:ind w:firstLine="0"/>
            </w:pPr>
            <w:r>
              <w:rPr>
                <w:rFonts w:ascii="Times New Roman" w:hAnsi="Times New Roman"/>
                <w:sz w:val="24"/>
              </w:rPr>
            </w:r>
          </w:p>
        </w:tc>
      </w:tr>
      <w:tr>
        <w:trPr>
          <w:trHeight w:val="595"/>
          <w:cantSplit/>
        </w:trPr>
        <w:tc>
          <w:tcPr>
            <w:tcW w:type="dxa" w:w="3402"/>
            <w:vAlign w:val="top"/>
          </w:tcPr>
          <w:p>
            <w:pPr>
              <w:spacing w:after="40" w:before="40" w:line="240" w:lineRule="auto"/>
              <w:ind w:firstLine="0"/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type="dxa" w:w="5953"/>
            <w:vAlign w:val="top"/>
          </w:tcPr>
          <w:p>
            <w:pPr>
              <w:spacing w:after="40" w:before="40" w:line="240" w:lineRule="auto"/>
              <w:ind w:firstLine="0"/>
            </w:pPr>
            <w:r>
              <w:rPr>
                <w:rFonts w:ascii="Times New Roman" w:hAnsi="Times New Roman"/>
                <w:sz w:val="24"/>
              </w:rPr>
            </w:r>
          </w:p>
        </w:tc>
      </w:tr>
      <w:tr>
        <w:trPr>
          <w:trHeight w:val="595"/>
          <w:cantSplit/>
        </w:trPr>
        <w:tc>
          <w:tcPr>
            <w:tcW w:type="dxa" w:w="3402"/>
            <w:vAlign w:val="top"/>
          </w:tcPr>
          <w:p>
            <w:pPr>
              <w:spacing w:after="40" w:before="40" w:line="240" w:lineRule="auto"/>
              <w:ind w:firstLine="0"/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type="dxa" w:w="5953"/>
            <w:vAlign w:val="top"/>
          </w:tcPr>
          <w:p>
            <w:pPr>
              <w:spacing w:after="40" w:before="40" w:line="240" w:lineRule="auto"/>
              <w:ind w:firstLine="0"/>
            </w:pPr>
            <w:r>
              <w:rPr>
                <w:rFonts w:ascii="Times New Roman" w:hAnsi="Times New Roman"/>
                <w:sz w:val="24"/>
              </w:rPr>
            </w:r>
          </w:p>
        </w:tc>
      </w:tr>
      <w:tr>
        <w:trPr>
          <w:trHeight w:val="595"/>
          <w:cantSplit/>
        </w:trPr>
        <w:tc>
          <w:tcPr>
            <w:tcW w:type="dxa" w:w="3402"/>
            <w:vAlign w:val="top"/>
          </w:tcPr>
          <w:p>
            <w:pPr>
              <w:spacing w:after="40" w:before="40" w:line="240" w:lineRule="auto"/>
              <w:ind w:firstLine="0"/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type="dxa" w:w="5953"/>
            <w:vAlign w:val="top"/>
          </w:tcPr>
          <w:p>
            <w:pPr>
              <w:spacing w:after="40" w:before="40" w:line="240" w:lineRule="auto"/>
              <w:ind w:firstLine="0"/>
            </w:pPr>
            <w:r>
              <w:rPr>
                <w:rFonts w:ascii="Times New Roman" w:hAnsi="Times New Roman"/>
                <w:sz w:val="24"/>
              </w:rPr>
            </w:r>
          </w:p>
        </w:tc>
      </w:tr>
    </w:tbl>
    <w:p>
      <w:pPr>
        <w:spacing w:before="0" w:after="40" w:line="240" w:lineRule="auto"/>
        <w:ind w:firstLine="0"/>
      </w:pPr>
      <w:r>
        <w:rPr>
          <w:rFonts w:ascii="Times New Roman" w:hAnsi="Times New Roman"/>
          <w:b w:val="0"/>
          <w:sz w:val="24"/>
        </w:rPr>
        <w:t>Ваши пожелания и предложения: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354"/>
      </w:tblGrid>
      <w:tr>
        <w:trPr>
          <w:cantSplit/>
        </w:trPr>
        <w:tc>
          <w:tcPr>
            <w:tcW w:type="dxa" w:w="9354"/>
            <w:vMerge w:val="restart"/>
            <w:vAlign w:val="top"/>
          </w:tcPr>
          <w:p>
            <w:pPr>
              <w:spacing w:after="40" w:before="40" w:line="240" w:lineRule="auto"/>
              <w:ind w:firstLine="0"/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spacing w:after="40" w:before="40" w:line="240" w:lineRule="auto"/>
              <w:ind w:firstLine="0"/>
            </w:pPr>
            <w:r>
              <w:rPr>
                <w:rFonts w:ascii="Times New Roman" w:hAnsi="Times New Roman"/>
                <w:sz w:val="24"/>
              </w:rPr>
            </w:r>
          </w:p>
        </w:tc>
      </w:tr>
      <w:tr>
        <w:trPr>
          <w:trHeight w:val="425"/>
          <w:cantSplit/>
        </w:trPr>
        <w:tc>
          <w:tcPr>
            <w:tcW w:type="dxa" w:w="9354"/>
            <w:vMerge/>
            <w:vAlign w:val="top"/>
          </w:tcPr>
          <w:p/>
        </w:tc>
      </w:tr>
    </w:tbl>
    <w:p>
      <w:pPr>
        <w:spacing w:before="0" w:after="40" w:line="240" w:lineRule="auto"/>
        <w:ind w:firstLine="0"/>
      </w:pPr>
    </w:p>
    <w:p>
      <w:pPr>
        <w:spacing w:before="0" w:after="140" w:line="240" w:lineRule="auto"/>
        <w:ind w:firstLine="0"/>
      </w:pPr>
      <w:r>
        <w:rPr>
          <w:rFonts w:ascii="Times New Roman" w:hAnsi="Times New Roman"/>
          <w:b w:val="0"/>
          <w:sz w:val="24"/>
        </w:rPr>
        <w:t>ФИО ____________________________________  Подпись __________________</w:t>
      </w:r>
    </w:p>
    <w:p>
      <w:pPr>
        <w:spacing w:before="0" w:after="60" w:line="240" w:lineRule="auto"/>
        <w:ind w:firstLine="0"/>
      </w:pPr>
      <w:r>
        <w:rPr>
          <w:rFonts w:ascii="Times New Roman" w:hAnsi="Times New Roman"/>
          <w:b w:val="0"/>
          <w:sz w:val="24"/>
        </w:rPr>
        <w:t>Дата ____________________</w:t>
      </w:r>
    </w:p>
    <w:sectPr w:rsidR="00FC693F" w:rsidRPr="0006063C" w:rsidSect="00034616">
      <w:pgSz w:w="11906" w:h="16838"/>
      <w:pgMar w:top="907" w:right="1134" w:bottom="90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